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20"/>
        <w:jc w:val="center"/>
      </w:pPr>
      <w:r>
        <w:rPr>
          <w:rFonts w:ascii="等线" w:hAnsi="等线" w:eastAsia="等线"/>
          <w:b/>
          <w:color w:val="2E74B5"/>
          <w:sz w:val="44"/>
        </w:rPr>
        <w:t>费用报销审核流程整合实训</w:t>
      </w:r>
    </w:p>
    <w:p>
      <w:pPr>
        <w:spacing w:before="0" w:after="280" w:line="300" w:lineRule="auto"/>
        <w:jc w:val="center"/>
      </w:pPr>
      <w:r>
        <w:rPr>
          <w:rFonts w:ascii="等线" w:hAnsi="等线" w:eastAsia="等线"/>
          <w:b/>
          <w:color w:val="1F4D78"/>
          <w:sz w:val="22"/>
        </w:rPr>
        <w:t>实践案例 20｜综合层｜建议6课时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案例定位：</w:t>
            </w:r>
            <w:r>
              <w:rPr>
                <w:rFonts w:ascii="等线" w:hAnsi="等线" w:eastAsia="等线"/>
                <w:b w:val="0"/>
                <w:sz w:val="21"/>
              </w:rPr>
              <w:t>面向“综合项目：规则审核与人工复核”的实操训练。学生在完成可运行流程的同时，形成规则意识、结果核验和异常处理习惯。</w:t>
            </w:r>
          </w:p>
        </w:tc>
      </w:tr>
    </w:tbl>
    <w:p>
      <w:pPr>
        <w:pStyle w:val="Heading1"/>
      </w:pPr>
      <w:r>
        <w:t>一、案例基本信息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tcW w:w="2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项目模块</w:t>
            </w:r>
          </w:p>
        </w:tc>
        <w:tc>
          <w:tcPr>
            <w:tcW w:type="dxa" w:w="2498"/>
            <w:tcW w:w="1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课程目标</w:t>
            </w:r>
          </w:p>
        </w:tc>
        <w:tc>
          <w:tcPr>
            <w:tcW w:type="dxa" w:w="2498"/>
            <w:tcW w:w="25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主要工具</w:t>
            </w:r>
          </w:p>
        </w:tc>
        <w:tc>
          <w:tcPr>
            <w:tcW w:type="dxa" w:w="2498"/>
            <w:tcW w:w="21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难度与课时</w:t>
            </w:r>
          </w:p>
        </w:tc>
      </w:tr>
      <w:tr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综合项目：规则审核与人工复核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CO1—CO5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APA、Excel、Python、Word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综合｜6课时</w:t>
            </w:r>
          </w:p>
        </w:tc>
      </w:tr>
    </w:tbl>
    <w:p>
      <w:pPr>
        <w:spacing w:after="40"/>
      </w:pPr>
    </w:p>
    <w:p>
      <w:pPr>
        <w:pStyle w:val="Heading1"/>
      </w:pPr>
      <w:r>
        <w:t>二、工作情境与任务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岗位情境：</w:t>
            </w:r>
            <w:r>
              <w:rPr>
                <w:rFonts w:ascii="等线" w:hAnsi="等线" w:eastAsia="等线"/>
                <w:b w:val="0"/>
                <w:sz w:val="21"/>
              </w:rPr>
              <w:t>以一批差旅报销材料为对象，学生在既有规则和人工复核边界下，完成从材料读取到审核结果输出的完整流程。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工作任务：</w:t>
            </w:r>
            <w:r>
              <w:rPr>
                <w:rFonts w:ascii="等线" w:hAnsi="等线" w:eastAsia="等线"/>
                <w:b w:val="0"/>
                <w:sz w:val="21"/>
              </w:rPr>
              <w:t>请依据给定材料和规则，设计并运行自动化流程，完成“分析审核边界→建立规则与参数→完成常规审核→开展正常/边界/异常测试→生成复核清单→导入人工结果→输出最终审核结果。”。</w:t>
            </w:r>
          </w:p>
        </w:tc>
      </w:tr>
    </w:tbl>
    <w:p>
      <w:pPr>
        <w:pStyle w:val="Heading1"/>
      </w:pPr>
      <w:r>
        <w:t>三、学习成果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业务理解：</w:t>
      </w:r>
      <w:r>
        <w:rPr>
          <w:rFonts w:ascii="等线" w:hAnsi="等线" w:eastAsia="等线"/>
          <w:b w:val="0"/>
          <w:sz w:val="21"/>
        </w:rPr>
        <w:t>能够说明本任务的输入、处理规则、输出结果与需人工介入的异常。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技术实施：</w:t>
      </w:r>
      <w:r>
        <w:rPr>
          <w:rFonts w:ascii="等线" w:hAnsi="等线" w:eastAsia="等线"/>
          <w:b w:val="0"/>
          <w:sz w:val="21"/>
        </w:rPr>
        <w:t>能够使用APA及配套工具完成数据读取、规则判断、结果输出和基本日志记录。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质量控制：</w:t>
      </w:r>
      <w:r>
        <w:rPr>
          <w:rFonts w:ascii="等线" w:hAnsi="等线" w:eastAsia="等线"/>
          <w:b w:val="0"/>
          <w:sz w:val="21"/>
        </w:rPr>
        <w:t>能够使用正常、边界或异常数据核验结果，并说明问题处理依据。</w:t>
      </w:r>
    </w:p>
    <w:p>
      <w:pPr>
        <w:pStyle w:val="Heading1"/>
      </w:pPr>
      <w:r>
        <w:t>四、素材包与业务规则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素材包建议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最小字段或内容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输入资料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输入：报销申请数据.xlsx、人员信息.xlsx、差旅费报销办法.docx、票据与说明文件、人工复核结果模板。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规则依据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覆盖材料完整性、审批信息、人员标准、交通与住宿费用、差旅补助和人工复核触发；不包含付款、会计记账与凭证归档。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建议数据量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基础案例10—20条记录；典型/综合案例20—50条记录，并至少设置2—3条异常数据。</w:t>
            </w:r>
          </w:p>
        </w:tc>
      </w:tr>
    </w:tbl>
    <w:p>
      <w:pPr>
        <w:spacing w:after="40"/>
      </w:pPr>
    </w:p>
    <w:p>
      <w:pPr>
        <w:pStyle w:val="Heading1"/>
      </w:pPr>
      <w:r>
        <w:t>五、实操任务路径</w:t>
      </w:r>
    </w:p>
    <w:p>
      <w:pPr>
        <w:pStyle w:val="Heading3"/>
      </w:pPr>
      <w:r>
        <w:t>步骤1：分析审核边界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围绕“分析审核边界”完成必要的参数设置、数据处理或流程配置；运行后保留关键截图、日志或中间结果，便于后续核验。</w:t>
      </w:r>
    </w:p>
    <w:p>
      <w:pPr>
        <w:pStyle w:val="Heading3"/>
      </w:pPr>
      <w:r>
        <w:t>步骤2：建立规则与参数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围绕“建立规则与参数”完成必要的参数设置、数据处理或流程配置；运行后保留关键截图、日志或中间结果，便于后续核验。</w:t>
      </w:r>
    </w:p>
    <w:p>
      <w:pPr>
        <w:pStyle w:val="Heading3"/>
      </w:pPr>
      <w:r>
        <w:t>步骤3：完成常规审核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围绕“完成常规审核”完成必要的参数设置、数据处理或流程配置；运行后保留关键截图、日志或中间结果，便于后续核验。</w:t>
      </w:r>
    </w:p>
    <w:p>
      <w:pPr>
        <w:pStyle w:val="Heading3"/>
      </w:pPr>
      <w:r>
        <w:t>步骤4：开展正常/边界/异常测试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围绕“开展正常/边界/异常测试”完成必要的参数设置、数据处理或流程配置；运行后保留关键截图、日志或中间结果，便于后续核验。</w:t>
      </w:r>
    </w:p>
    <w:p>
      <w:pPr>
        <w:pStyle w:val="Heading3"/>
      </w:pPr>
      <w:r>
        <w:t>步骤5：生成复核清单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围绕“生成复核清单”完成必要的参数设置、数据处理或流程配置；运行后保留关键截图、日志或中间结果，便于后续核验。</w:t>
      </w:r>
    </w:p>
    <w:p>
      <w:pPr>
        <w:pStyle w:val="Heading3"/>
      </w:pPr>
      <w:r>
        <w:t>步骤6：导入人工结果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围绕“导入人工结果”完成必要的参数设置、数据处理或流程配置；运行后保留关键截图、日志或中间结果，便于后续核验。</w:t>
      </w:r>
    </w:p>
    <w:p>
      <w:pPr>
        <w:pStyle w:val="Heading3"/>
      </w:pPr>
      <w:r>
        <w:t>步骤7：输出最终审核结果。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围绕“输出最终审核结果。”完成必要的参数设置、数据处理或流程配置；运行后保留关键截图、日志或中间结果，便于后续核验。</w:t>
      </w:r>
    </w:p>
    <w:p>
      <w:pPr>
        <w:pStyle w:val="Heading1"/>
      </w:pPr>
      <w:r>
        <w:t>六、成果提交与评价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成果证据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达标要求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流程与运行记录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流程能够处理标准数据；关键节点命名清楚，出现异常时有记录。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业务结果文件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APA流程、审核明细、人工复核清单、最终审核结果、测试报告、流程说明。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测试与说明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至少完成1组正常测试和1组异常/边界测试，写明预期与实际结果。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EF7F1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迁移挑战：</w:t>
            </w:r>
            <w:r>
              <w:rPr>
                <w:rFonts w:ascii="等线" w:hAnsi="等线" w:eastAsia="等线"/>
                <w:b w:val="0"/>
                <w:sz w:val="21"/>
              </w:rPr>
              <w:t>在不增加业务范围的前提下，替换人员标准或异常类型，完成迁移测试。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课堂提示：</w:t>
            </w:r>
            <w:r>
              <w:rPr>
                <w:rFonts w:ascii="等线" w:hAnsi="等线" w:eastAsia="等线"/>
                <w:b w:val="0"/>
                <w:sz w:val="21"/>
              </w:rPr>
              <w:t>先让学生把流程做出来，再追问“该结果能否直接采用、谁需要复核、如何让业务人员看懂”。避免把案例变成只会拖拽组件的练习。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893" w:right="1123" w:bottom="806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等线" w:hAnsi="等线" w:eastAsia="等线"/>
        <w:b w:val="0"/>
        <w:color w:val="6B7280"/>
        <w:sz w:val="17"/>
      </w:rPr>
      <w:t>实践案例 20｜综合｜建议6课时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等线" w:hAnsi="等线" w:eastAsia="等线"/>
        <w:b w:val="0"/>
        <w:color w:val="6B7280"/>
        <w:sz w:val="17"/>
      </w:rPr>
      <w:t>《财务机器人应用与开发》实践案例库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300" w:lineRule="auto"/>
    </w:pPr>
    <w:rPr>
      <w:rFonts w:ascii="等线" w:hAnsi="等线" w:eastAsia="等线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60" w:line="264" w:lineRule="auto"/>
      <w:outlineLvl w:val="0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 w:line="264" w:lineRule="auto"/>
      <w:outlineLvl w:val="1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 w:line="264" w:lineRule="auto"/>
      <w:outlineLvl w:val="2"/>
    </w:pPr>
    <w:rPr>
      <w:rFonts w:asciiTheme="majorHAnsi" w:eastAsiaTheme="majorEastAsia" w:hAnsiTheme="majorHAnsi" w:cstheme="majorBidi" w:ascii="等线" w:hAnsi="等线" w:eastAsia="等线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