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Word付款通知单批量生成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06｜基础层｜建议2课时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面向“Word文档自动化”的实操训练。学生在完成可运行流程的同时，形成规则意识、结果核验和异常处理习惯。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Word文档自动化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CO3、CO5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APA、Word、Excel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采购部门需根据已审批付款计划，向多家供应商生成格式统一的付款通知单。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请依据给定材料和规则，设计并运行自动化流程，完成“读取计划→筛选已审批记录→填充Word模板→保存文件→输出生成清单。”。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输入：付款计划.xlsx和付款通知单模板.docx；字段：供应商、合同号、付款金额、付款日期、经办人。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仅处理状态为“已审批”的记录；金额以两位小数显示；生成文件名含供应商与合同号。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步骤1：读取计划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围绕“读取计划”完成必要的参数设置、数据处理或流程配置；运行后保留关键截图、日志或中间结果，便于后续核验。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步骤2：筛选已审批记录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围绕“筛选已审批记录”完成必要的参数设置、数据处理或流程配置；运行后保留关键截图、日志或中间结果，便于后续核验。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步骤3：填充Word模板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围绕“填充Word模板”完成必要的参数设置、数据处理或流程配置；运行后保留关键截图、日志或中间结果，便于后续核验。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步骤4：保存文件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围绕“保存文件”完成必要的参数设置、数据处理或流程配置；运行后保留关键截图、日志或中间结果，便于后续核验。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步骤5：输出生成清单。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围绕“输出生成清单。”完成必要的参数设置、数据处理或流程配置；运行后保留关键截图、日志或中间结果，便于后续核验。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付款通知单.docx若干、生成记录.xlsx、失败清单。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加入邮件主题草稿字段，但不执行真实发送。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06｜基础｜建议2课时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